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менеджеру по продажам Беловой Анне Сергеевне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предстоящем увольнении в связи с сокращением штата работников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 уведомляет Вас о том, что в связи с сокращением штата работников (приказ от 20.10.2026 № 15-к) занимаемая Вами должность «менеджер по продажам отдела продаж» подлежит сокращению. Трудовой договор с Вами будет расторгнут 22 декабря 2026 г. по пункту 2 части первой статьи 81 Трудового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третьей статьи 81 и частью первой статьи 180 Трудового кодекса Российской Федерации Вам предлагаются следующие вакантные должности (работа), которые Вы можете выполнять с учётом Вашей квалификации и состояния здоровья: кассир (оклад 32 000 руб.); кладовщик (оклад 35 000 руб.). О согласии на перевод просим сообщить в письменной форме.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Вашего письменного согласия трудовой договор может быть расторгнут до истечения срока предупреждения с выплатой дополнительной компенсации в размере среднего заработка, исчисленного пропорционально времени, оставшемуся до истечения срока предупреждения (часть третья статьи 180 Трудового кодекса Российской Федерации).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увольнении Вам будут выплачены выходное пособие и предоставлены гарантии, предусмотренные статьёй 178 Трудового кодекса Российской Федерации.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численности или штата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