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изменении определённых сторонами условий трудового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уведомляет Вас о том, что в связи с изменением организационных (технологических) условий труда, а именно: ____________________________________________________________, — определённые сторонами условия заключённого с Вами трудового договора ______________________________ не могут быть сохранены.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«___» ____________ 20___ г. изменяются следующие условия трудового договора: ____________________________________________________________. Ваша трудовая функция не изменяется (статья 74 Трудового кодекса Российской Федерации).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Если Вы не согласны работать в новых условиях, Работодатель обязан в письменной форме предложить Вам другую имеющуюся у него работу (как вакантную должность или работу, соответствующую Вашей квалификации, так и вакантную нижестоящую должность или нижеоплачиваемую работу), которую Вы можете выполнять с учётом состояния здоровья. При отсутствии такой работы или Вашем отказе от неё трудовой договор будет прекращён по пункту 7 части первой статьи 77 Трудового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сообщить о согласии или несогласии продолжить работу в новых условиях в письменной форме.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