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менеджеру по продажам Беловой Анне Сергеевне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изменении определённых сторонами условий трудового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 уведомляет Вас о том, что в связи с изменением организационных (технологических) условий труда, а именно: переход отдела продаж на сменный режим работы в связи с открытием второй торговой площадки с режимом работы с 8:00 до 22:00 (приказ от 15.10.2026 № 14-о), — определённые сторонами условия заключённого с Вами трудового договора от 02.03.2026 № 12/2026 не могут быть сохранены.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22 декабря 2026 г. изменяются следующие условия трудового договора: вместо пятидневной рабочей недели с 9:00 до 18:00 устанавливается сменный режим работы по графику сменности с суммированным учётом рабочего времени. Ваша трудовая функция не изменяется (статья 74 Трудового кодекса Российской Федерации).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Если Вы не согласны работать в новых условиях, Работодатель обязан в письменной форме предложить Вам другую имеющуюся у него работу (как вакантную должность или работу, соответствующую Вашей квалификации, так и вакантную нижестоящую должность или нижеоплачиваемую работу), которую Вы можете выполнять с учётом состояния здоровья. При отсутствии такой работы или Вашем отказе от неё трудовой договор будет прекращён по пункту 7 части первой статьи 77 Трудового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сообщить о согласии или несогласии продолжить работу в новых условиях в письменной форме.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