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Мировому судье судебного участка № 3 Нижегородского судебного района г. Нижнего Новгорода</w:t>
        <w:br/>
      </w:r>
      <w:r>
        <w:rPr>
          <w:b w:val="0"/>
          <w:sz w:val="24"/>
        </w:rPr>
        <w:t>603005, г. Нижний Новгород, ул. Алексеевская, д. 10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Должник: Лаврентьев Игорь Петрович,</w:t>
        <w:br/>
      </w:r>
      <w:r>
        <w:rPr>
          <w:b w:val="0"/>
          <w:sz w:val="24"/>
        </w:rPr>
        <w:t>дата рождения: 12 августа 1985 г.,</w:t>
        <w:br/>
      </w:r>
      <w:r>
        <w:rPr>
          <w:b w:val="0"/>
          <w:sz w:val="24"/>
        </w:rPr>
        <w:t>адрес: 603001, г. Нижний Новгород, ул. Родионова, д. 5, кв. 40,</w:t>
        <w:br/>
      </w:r>
      <w:r>
        <w:rPr>
          <w:b w:val="0"/>
          <w:sz w:val="24"/>
        </w:rPr>
        <w:t>телефон: +7 920 765-43-21</w:t>
        <w:br/>
      </w:r>
      <w:r>
        <w:rPr>
          <w:b w:val="0"/>
          <w:sz w:val="24"/>
        </w:rPr>
        <w:t>Взыскатель: ООО «ПКО «Взыскание-Сервис»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Дело № 2-1456/2026</w:t>
      </w:r>
    </w:p>
    <w:p>
      <w:pPr>
        <w:spacing w:after="40" w:before="0"/>
        <w:jc w:val="center"/>
      </w:pPr>
      <w:r>
        <w:rPr>
          <w:b/>
          <w:sz w:val="28"/>
        </w:rPr>
        <w:t>ВОЗРАЖЕНИЯ</w:t>
      </w:r>
    </w:p>
    <w:p>
      <w:pPr>
        <w:spacing w:after="200" w:before="0"/>
        <w:jc w:val="center"/>
      </w:pPr>
      <w:r>
        <w:rPr>
          <w:b/>
          <w:sz w:val="24"/>
        </w:rPr>
        <w:t>относительно исполнения судебного приказа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15 сентября 2026 г. мировым судьёй вынесен судебный приказ по делу № 2-1456/2026 о взыскании с меня в пользу ООО «ПКО «Взыскание-Сервис» денежных средств в сумме 87 340 (восемьдесят семь тысяч триста сорок) рублей 00 копеек. Копию судебного приказа я получил(а) 14 октября 2026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судебным приказом не согласен(-на) и возражаю относительно его исполнения. Основания несогласия: размер задолженности не признаю: часть долга погашена, кроме того, пропущен срок исковой давности.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статей 128, 129 ГПК РФ прошу отменить судебный приказ по делу № 2-1456/2026 от 15 сентября 2026 г.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21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Лаврентьев И. П.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Возражение относительно исполнения судебного приказа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