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ТРЕБОВАНИЕ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льготного периода по кредитному договору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банком заключён кредитный договор ______________________________, обязательства по которому обеспечены ипотекой: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нахожусь в трудной жизненной ситуации: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6.1-1 Федерального закона «О потребительском кредите (займе)» требую предоставить мне льготный период продолжительностью ____ (______________) месяцев ______________________________, в течение которого приостановить исполнение моих обязательств по внесению платежей.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направить мне уведомление об изменении условий кредитного договора и уточнённый график платежей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документы, подтверждающие трудную жизненную ситуацию; справка о доходах (при необходимости).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ипотечные каникулы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