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оказать мне материальную помощь в связи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материальную помощь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