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Директору</w:t>
        <w:br/>
      </w:r>
      <w:r>
        <w:rPr>
          <w:b w:val="0"/>
          <w:sz w:val="24"/>
        </w:rPr>
        <w:t>МБОУ «Средняя школа № 7»</w:t>
        <w:br/>
      </w:r>
      <w:r>
        <w:rPr>
          <w:b w:val="0"/>
          <w:sz w:val="24"/>
        </w:rPr>
        <w:t>Лаврентьевой Е. С.</w:t>
        <w:br/>
      </w:r>
      <w:r>
        <w:rPr>
          <w:b w:val="0"/>
          <w:sz w:val="24"/>
        </w:rPr>
        <w:t>от учителя математики</w:t>
        <w:br/>
      </w:r>
      <w:r>
        <w:rPr>
          <w:b w:val="0"/>
          <w:sz w:val="24"/>
        </w:rPr>
        <w:t>Абрамовой Светланы Викторовны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оказать мне материальную помощь в связи с рождением ребёнка.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свидетельства о рождении ребёнка.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Абрамова С.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материальную помощь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