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отпуск без сохранения заработной платы с «___» ____________ 20___ г. продолжительностью ____ (______________) календарных дней по семейным обстоятельствам.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за свой счёт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