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отпуск по уходу за ребёнком — ______________________________, __.__.____ года рождения, — до достижения им(ею) возраста трёх лет, с «___» ____________ 20___ г. по «___» ____________ 20___ г. (ст. 256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назначить мне ежемесячное пособие по уходу за ребёнком до достижения им возраста полутора лет.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копия свидетельства о рождении ребёнка ______________________________;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справка с места работы (учёбы, службы) второго родителя о том, что он не использует отпуск по уходу за ребёнком и не получает пособие.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по уходу за ребёнком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