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ежегодный оплачиваемый отпуск с «___» ____________ 20___ г. продолжительностью ____ (______________) календарных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