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менеджера отдела продаж</w:t>
        <w:br/>
      </w:r>
      <w:r>
        <w:rPr>
          <w:b w:val="0"/>
          <w:sz w:val="24"/>
        </w:rPr>
        <w:t>Соколовой Натальи Игоревны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ежегодный оплачиваемый отпуск с 9 ноября 2026 г. продолжительностью 14 (четырнадцать) календарных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Соколова Н.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