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предоставить мне учебный отпуск с сохранением среднего заработка с «___» ____________ 20___ г. продолжительностью ____ (______________) календарных дней для ______________________________ в ______________________________ (______________________________) в соответствии со статьёй 173 (174) ТК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Высшее (среднее профессиональное) образование данного уровня получаю впервые, образовательная программа имеет государственную аккредитацию.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______________________________.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учебный отпуск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