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перевести меня на дистанционную (удалённую) работу временно с «___» ____________ 20___ г. по «___» ____________ 20___ г., с сохранением трудовой функции и условий оплаты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Взаимодействие с работодателем готов(а) осуществлять с использованием следующих средств связи: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оформить перевод дополнительным соглашением к трудовому договору (статья 312.2 Трудового кодекса Российской Федерации).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на удалённую работу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