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семейным обстоятельствам прошу перенести ежегодный оплачиваемый отпуск продолжительностью ____ (______________) календарных дней, предусмотренный графиком отпусков с «___» ____________ 20___ г., на период с «___» ____________ 20___ г.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переносе отпуска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