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«УК «Уютный дом»</w:t>
        <w:br/>
      </w:r>
      <w:r>
        <w:rPr>
          <w:b w:val="0"/>
          <w:sz w:val="24"/>
        </w:rPr>
        <w:t>Адрес: г. Пермь, ул. Ленина, д. 64, офис 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Тихонова Елена Михайловна</w:t>
        <w:br/>
      </w:r>
      <w:r>
        <w:rPr>
          <w:b w:val="0"/>
          <w:sz w:val="24"/>
        </w:rPr>
        <w:t>Адрес: г. Пермь, ул. Пушкина, д. 18, кв. 52</w:t>
        <w:br/>
      </w:r>
      <w:r>
        <w:rPr>
          <w:b w:val="0"/>
          <w:sz w:val="24"/>
        </w:rPr>
        <w:t>Лицевой счёт: 1234567890</w:t>
        <w:br/>
      </w:r>
      <w:r>
        <w:rPr>
          <w:b w:val="0"/>
          <w:sz w:val="24"/>
        </w:rPr>
        <w:t>Тел.: +7 912 345-67-89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перерасчёте размера платы за коммунальные услуги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Сообщаю, что в период с 1 июля 2026 г. по 15 августа 2026 г. я и мой сын Тихонов Максим Андреевич временно отсутствовали в жилом помещении по адресу: г. Пермь, ул. Пушкина, д. 18, кв. 52.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пунктов 86, 90 и 91 Правил предоставления коммунальных услуг (утв. Постановлением Правительства РФ № 354) и пункта 148(44) этих Правил прошу произвести перерасчёт размера платы за следующие коммунальные услуги за период отсутствия: холодное и горячее водоснабжение, водоотведение, обращение с ТКО. Временное отсутствие подтверждается прилагаемыми документами.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сообщить о результатах перерасчёта и отразить его в ближайшем платёжном документе. Перерасчёт производится в течение 5 рабочих дней после получения заявления (п. 92 Правил № 354).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справки о нахождении в санатории «Родник» с 01.07.2026 по 15.08.2026; копии проездных билетов.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20 августа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Тихонова Е. М.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перерасчёте платы за коммунальные услуги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