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перевести меня на должность ______________________________ с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условиями работы по новой должности ознакомлен(-а) и согласен(-на). Прошу оформить перевод дополнительным соглашением к трудовому договору.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переводе на другую должность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