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Директору</w:t>
        <w:br/>
      </w:r>
      <w:r>
        <w:rPr>
          <w:b w:val="0"/>
          <w:sz w:val="24"/>
        </w:rPr>
        <w:t>АО «СтройИнвест»</w:t>
        <w:br/>
      </w:r>
      <w:r>
        <w:rPr>
          <w:b w:val="0"/>
          <w:sz w:val="24"/>
        </w:rPr>
        <w:t>Ахмедову Р. Т.</w:t>
        <w:br/>
      </w:r>
      <w:r>
        <w:rPr>
          <w:b w:val="0"/>
          <w:sz w:val="24"/>
        </w:rPr>
        <w:t>от менеджера отдела продаж</w:t>
        <w:br/>
      </w:r>
      <w:r>
        <w:rPr>
          <w:b w:val="0"/>
          <w:sz w:val="24"/>
        </w:rPr>
        <w:t>Карповой Юлии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перевести меня на должность старшего менеджера (отдел по работе с ключевыми клиентами) с 1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условиями работы по новой должности ознакомлен(-а) и согласен(-на). Прошу оформить перевод дополнительным соглашением к трудовому договору.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Карпова Ю.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на другую должность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