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Мировому судье судебного участка № 3 Нижегородского судебного района г. Нижнего Новгорода</w:t>
        <w:br/>
      </w:r>
      <w:r>
        <w:rPr>
          <w:b w:val="0"/>
          <w:sz w:val="24"/>
        </w:rPr>
        <w:t>603005, г. Нижний Новгород, ул. Алексеевская, д. 10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 (должник): Лаврентьев Игорь Петрович,</w:t>
        <w:br/>
      </w:r>
      <w:r>
        <w:rPr>
          <w:b w:val="0"/>
          <w:sz w:val="24"/>
        </w:rPr>
        <w:t>дата рождения: 12 августа 1985 г.,</w:t>
        <w:br/>
      </w:r>
      <w:r>
        <w:rPr>
          <w:b w:val="0"/>
          <w:sz w:val="24"/>
        </w:rPr>
        <w:t>адрес: 603001, г. Нижний Новгород, ул. Родионова, д. 5, кв. 40,</w:t>
        <w:br/>
      </w:r>
      <w:r>
        <w:rPr>
          <w:b w:val="0"/>
          <w:sz w:val="24"/>
        </w:rPr>
        <w:t>телефон: +7 920 765-43-21</w:t>
        <w:br/>
      </w:r>
      <w:r>
        <w:rPr>
          <w:b w:val="0"/>
          <w:sz w:val="24"/>
        </w:rPr>
        <w:t>Взыскатель: ООО «ПКО «Взыскание-Сервис»,</w:t>
        <w:br/>
      </w:r>
      <w:r>
        <w:rPr>
          <w:b w:val="0"/>
          <w:sz w:val="24"/>
        </w:rPr>
        <w:t>125009, г. Москва, ул. Тверская, д. 7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Дело № 2-1456/2026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повороте исполнения судебного приказа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15 сентября 2026 г. по делу № 2-1456/2026 вынесен судебный приказ о взыскании с меня денежных средств в пользу ООО «ПКО «Взыскание-Сервис». Определением от 28 октября 2026 г. судебный приказ отменён в связи с поступлением моих возражений относительно его исполнения.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До отмены судебного приказа по нему с меня было взыскано 23 560 (двадцать три тысячи пятьсот шестьдесят) рублей 00 копеек: списано со счёта в ПАО Сбербанк и удержано из заработной платы в рамках исполнительного производства № 123456/26/52001-ИП. Сведениями о предъявлении взыскателем иска по тому же требованию после отмены судебного приказа не располагаю.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статьями 443, 444 ГПК РФ в случае отмены судебного постановления, приведённого в исполнение, ответчику должно быть возвращено всё, что было с него взыскано в пользу истца по отменённому судебному постановлению.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 прошу произвести поворот исполнения судебного приказа по делу № 2-1456/2026 от 15 сентября 2026 г. и взыскать с ООО «ПКО «Взыскание-Сервис» в мою пользу 23 560 (двадцать три тысячи пятьсот шестьдесят)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Реквизиты для перечисления: счёт № 40817810000000000001 в ПАО Сбербанк, БИК 042202603.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копия определения об отмене судебного приказа от 28 октября 2026 г.;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документы, подтверждающие взысканные суммы (справка о движении денежных средств по исполнительному производству, выписки банка, справка работодателя);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копия заявления для взыскателя.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5 ноября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Лаврентьев И. П.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повороте исполнения судебного приказа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