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«ТехноМир»</w:t>
        <w:br/>
      </w:r>
      <w:r>
        <w:rPr>
          <w:b w:val="0"/>
          <w:sz w:val="24"/>
        </w:rPr>
        <w:t>Адрес: г. Москва, ул. Профсоюзная, д. 56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Орлова Мария Андреевна</w:t>
        <w:br/>
      </w:r>
      <w:r>
        <w:rPr>
          <w:b w:val="0"/>
          <w:sz w:val="24"/>
        </w:rPr>
        <w:t>Адрес: г. Москва, ул. Вавилова, д. 19, кв. 33</w:t>
        <w:br/>
      </w:r>
      <w:r>
        <w:rPr>
          <w:b w:val="0"/>
          <w:sz w:val="24"/>
        </w:rPr>
        <w:t>Тел.: +7 900 123-45-67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аналогичного товара на период ремонта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приобретён у Вас товар: холодильник Atlant XM-4626, серийный № 1234567 (кассовый чек № 4321 от 10.02.2026) стоимостью 48 990 (сорок восемь тысяч девятьсот девяносто) рублей 00 копеек. В связи с обнаруженным недостатком (холодильная камера не охлаждает) товар передан в гарантийный ремонт (квитанция о приёме в гарантийный ремонт № Р-118 от 12.10.2026).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2 статьи 20 Закона РФ «О защите прав потребителей» в отношении товаров длительного пользования продавец обязан при предъявлении потребителем указанного требования в трёхдневный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трёх дней со дня получения настоящего заявления предоставить мне на период ремонта аналогичный товар, обладающий этими же основными потребительскими свойствами, с доставкой по адресу: г. Москва, ул. Вавилова, д. 19, кв. 33.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нарушения срока я буду вправе требовать неустойку в размере 1 % цены товара за каждый день просрочки (п. 1 ст. 23 Закона), компенсацию морального вреда и штраф 50 % в судебном порядке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 о покупке, копия документа о сдаче товара в ремонт.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Орлова М.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подменного товара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