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проживающего(-ей) по адресу: 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принять меня на работу на должность ______________________________ с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правилами внутреннего трудового распорядка, должностной инструкцией и иными локальными нормативными актами, связанными с трудовой деятельностью, прошу ознакомить меня до подписания трудового договора (ч. 3 ст. 68 ТК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работу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