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Заявитель: ______________________________,</w:t>
        <w:br/>
      </w:r>
      <w:r>
        <w:rPr>
          <w:b w:val="0"/>
          <w:sz w:val="24"/>
        </w:rPr>
        <w:t>дата рождения: «___» ____________ 20___ г.,</w:t>
        <w:br/>
      </w:r>
      <w:r>
        <w:rPr>
          <w:b w:val="0"/>
          <w:sz w:val="24"/>
        </w:rPr>
        <w:t>______________________________,</w:t>
        <w:br/>
      </w:r>
      <w:r>
        <w:rPr>
          <w:b w:val="0"/>
          <w:sz w:val="24"/>
        </w:rPr>
        <w:t>адрес регистрации: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принятии мер по охране наследства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 открылось наследство после смерти ______________________________ (дата рождения — «___» ____________ 20___ г.; свидетельство о смерти: ______________________________), последнее место жительства наследодателя: ______________________________. Я являюсь заинтересованным лицом: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состав наследства входит следующее имущество: ____________________________________________________________. Место нахождения имущества: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Имущество нуждается в охране по следующей причине: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1171, 1172 ГК РФ и статей 64–66 Основ законодательства Российской Федерации о нотариате прошу принять меры по охране указанного наследственного имущества: произвести его опись и передать на хранение.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мер по охране наследства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