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Петров Андрей Иванович,</w:t>
        <w:br/>
      </w:r>
      <w:r>
        <w:rPr>
          <w:b w:val="0"/>
          <w:sz w:val="24"/>
        </w:rPr>
        <w:t>дата рождения: 14 марта 1980 г.,</w:t>
        <w:br/>
      </w:r>
      <w:r>
        <w:rPr>
          <w:b w:val="0"/>
          <w:sz w:val="24"/>
        </w:rPr>
        <w:t>паспорт 0315 112233, выдан ГУ МВД России по Краснодарскому краю 05.06.2019,</w:t>
        <w:br/>
      </w:r>
      <w:r>
        <w:rPr>
          <w:b w:val="0"/>
          <w:sz w:val="24"/>
        </w:rPr>
        <w:t>адрес регистрации: 350000, г. Краснодар, ул. Красная, д. 150, кв. 8,</w:t>
        <w:br/>
      </w:r>
      <w:r>
        <w:rPr>
          <w:b w:val="0"/>
          <w:sz w:val="24"/>
        </w:rPr>
        <w:t>телефон: +7 918 123-45-67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мер по охране наследства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15 июля 2026 г. открылось наследство после смерти Петрова Ивана Сергеевича (дата рождения — 5 февраля 1950 г.; свидетельство о смерти: V-АГ № 512345, выдано отделом ЗАГС Западного округа г. Краснодара 16.07.2026), последнее место жительства наследодателя: г. Краснодар, ул. Северная, д. 324, кв. 12. Я являюсь заинтересованным лицом: наследник по закону первой очереди (сын наследодателя).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состав наследства входит следующее имущество: квартира по адресу: г. Краснодар, ул. Северная, д. 324, кв. 12, и находящееся в ней имущество (мебель, бытовая техника); автомобиль Lada Vesta, VIN XTAGFL330MY000001, гос. номер А123ВС123. Место нахождения имущества: г. Краснодар, ул. Северная, д. 324, кв. 12; автомобиль — во дворе этого дома.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Имущество нуждается в охране по следующей причине: ключи от квартиры и автомобиля остались у лица, не являющегося наследником, которое пользуется имуществом и может его продать или повредить.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1171, 1172 ГК РФ и статей 64–66 Основ законодательства Российской Федерации о нотариате прошу принять меры по охране указанного наследственного имущества: произвести его опись и передать на хранение.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мер по охране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