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 Андрей Иванович,</w:t>
        <w:br/>
      </w:r>
      <w:r>
        <w:rPr>
          <w:b w:val="0"/>
          <w:sz w:val="24"/>
        </w:rPr>
        <w:t>дата рождения: 14 марта 1980 г.,</w:t>
        <w:br/>
      </w:r>
      <w:r>
        <w:rPr>
          <w:b w:val="0"/>
          <w:sz w:val="24"/>
        </w:rPr>
        <w:t>паспорт 0315 112233, выдан ГУ МВД России по Краснодарскому краю 05.06.2019,</w:t>
        <w:br/>
      </w:r>
      <w:r>
        <w:rPr>
          <w:b w:val="0"/>
          <w:sz w:val="24"/>
        </w:rPr>
        <w:t>адрес регистрации: 350000, г. Краснодар, ул. Красная, д. 150, кв. 8,</w:t>
        <w:br/>
      </w:r>
      <w:r>
        <w:rPr>
          <w:b w:val="0"/>
          <w:sz w:val="24"/>
        </w:rPr>
        <w:t>телефон: +7 918 123-45-67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наследства и о выдаче свидетельства о праве на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заявлением я, Петров Андрей Иванович, принимаю наследство, оставшееся после смерти Петрова Ивана Сергеевича (дата рождения — 5 февраля 1950 г.), умершего(-ей) 15 июля 2026 г. (свидетельство о смерти: V-АГ № 512345, выдано отделом ЗАГС Западного округа г. Краснодара 16.07.2026), последнее место жительства наследодателя: г. Краснодар, ул. Северная, д. 324, кв. 12. Наследство принимаю по закону.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наследником по закону первой очереди: прихожусь наследодателю — сын. Родственные отношения подтверждаются: свидетельство о рождении II-АГ № 123456, выдано 20.03.1980 отделом ЗАГС г. Краснодара.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Наследственное имущество, о котором мне известно, состоит из: квартира по адресу: г. Краснодар, ул. Северная, д. 324, кв. 12; автомобиль Lada Vesta 2021 года выпуска; денежные вклады в ПАО Сбербанк.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Кроме меня, наследниками являются: Петрова Ольга Ивановна (дочь), г. Москва, ул. Тверская, д. 1, кв. 10.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свидетельство о праве на наследство по закону на причитающуюся мне долю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принятие части наследства означает принятие всего причитающегося мне наследства, где бы оно ни находилось и в чём бы оно ни заключалось, и что наследник отвечает по долгам наследодателя в пределах стоимости перешедшего к нему наследственного имущества (статьи 1152, 1175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по закону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