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Нижегородский районный суд г. Нижнего Новгорода</w:t>
        <w:br/>
      </w:r>
      <w:r>
        <w:rPr>
          <w:b w:val="0"/>
          <w:sz w:val="24"/>
        </w:rPr>
        <w:t>603950, г. Нижний Новгород, ул. Большая Покровская, д. 17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 (должник): Лаврентьев Игорь Петрович</w:t>
        <w:br/>
      </w:r>
      <w:r>
        <w:rPr>
          <w:b w:val="0"/>
          <w:sz w:val="24"/>
        </w:rPr>
        <w:t>адрес: 603001, г. Нижний Новгород, ул. Родионова, д. 5, кв. 40</w:t>
        <w:br/>
      </w:r>
      <w:r>
        <w:rPr>
          <w:b w:val="0"/>
          <w:sz w:val="24"/>
        </w:rPr>
        <w:t>+7 920 765-43-21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Взыскатель: Кузнецов Олег Михайлович, 603005, г. Нижний Новгород, ул. Белинского, д. 32, кв. 18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Дело № 2-4567/2026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рассрочке исполнения решения суда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 делу № 2-4567/2026 решением суда от 15.10.2026 с меня в пользу Кузнецова О. М. взыскано 314 500 руб. и госпошлина 10 363 руб. Возбуждено исполнительное производство № 123456/26/52001-ИП от 10.11.2026.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Исполнить решение единовременно я не имею возможности: мой ежемесячный доход — 52 000 руб.; на иждивении двое несовершеннолетних детей; ежемесячный платёж по ипотеке — 21 000 руб.; иного имущества, на которое может быть обращено взыскание, не имею.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статьям 203 и 434 ГПК РФ суд, рассмотревший дело, по заявлению лиц, участвующих в деле, судебного пристава-исполнителя исходя из имущественного положения сторон или других обстоятельств вправе отсрочить или рассрочить исполнение решения суда.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Предоставление рассрочки позволит исполнить решение в полном объёме, не лишая мою семью средств к существованию, и соответствует интересам взыскателя.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 прошу предоставить рассрочку исполнения решения суда по делу № 2-4567/2026: ежемесячно по 25 000 руб. не позднее 10-го числа каждого месяца начиная с декабря 2026 года до полного погашения (13 месяцев).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справка о доходах; копии свидетельств о рождении детей; документы о кредитных обязательствах и иных обязательных расходах; документ о направлении копии заявления взыскателю.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15 ноября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Лаврентьев И. П.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рассрочке исполнения решения суда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