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 об оказании услуг связи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32 Закона РФ «О защите прав потребителей» и пункта 3 статьи 45 Федерального закона «О связи» отказываюсь от исполнения договора (______________________________) и прошу расторгнуть его с «___» ____________ 20___ г., прекратить оказание услуг (______________________________) и начисление платы.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Остаток денежных средств на лицевом счёте прошу вернуть ______________________________. Прошу выдать (направить) мне документ, подтверждающий расторжение договора и отсутствие задолженности.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расторжении договора с интернет-провайдером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