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ПАО «Ростелеком», Нижегородский филиал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Сидоренко Павел Олегович</w:t>
        <w:br/>
      </w:r>
      <w:r>
        <w:rPr>
          <w:b w:val="0"/>
          <w:sz w:val="24"/>
        </w:rPr>
        <w:t>адрес: г. Нижний Новгород, ул. Ванеева, д. 30, кв. 15</w:t>
        <w:br/>
      </w:r>
      <w:r>
        <w:rPr>
          <w:b w:val="0"/>
          <w:sz w:val="24"/>
        </w:rPr>
        <w:t>договор № 352000123456, лицевой счёт 352000123456</w:t>
        <w:br/>
      </w:r>
      <w:r>
        <w:rPr>
          <w:b w:val="0"/>
          <w:sz w:val="24"/>
        </w:rPr>
        <w:t>+7 920 111-99-88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расторжении договора об оказании услуг связи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32 Закона РФ «О защите прав потребителей» и пункта 3 статьи 45 Федерального закона «О связи» отказываюсь от исполнения договора (договор № 352000123456, лицевой счёт 352000123456) и прошу расторгнуть его с 31 октября 2026 г., прекратить оказание услуг (доступ в интернет и интерактивное телевидение) и начисление платы.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Арендованное оборудование (роутер Sercomm RV6699, приставка SML-482) возвращаю, прошу составить акт возврата.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Остаток денежных средств на лицевом счёте прошу вернуть на банковскую карту по реквизитам: счёт № 40817810000000000011 в ПАО Сбербанк. Прошу выдать (направить) мне документ, подтверждающий расторжение договора и отсутствие задолженности.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Сидоренко П. О.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расторжении договора с интернет-провайдером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