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связи с изменением фамилии с «______________________________» на «______________________________» на основании: ______________________________ прошу внести соответствующие изменения в мои персональные данные, личную карточку, сведения о трудовой деятельности, а также в другие кадровые и бухгалтерские документы.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Мои новые паспортные данные: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документа о перемене фамилии; копия нового паспорта.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смене фамилии работодателю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