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Петровой (Ивановой) Марии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изменением фамилии с «Иванова» на «Петрова» на основании: свидетельство о заключении брака от 05.10.2026 № I-ВО 654321 прошу внести соответствующие изменения в мои персональные данные, личную карточку, сведения о трудовой деятельности, а также в другие кадровые и бухгалтерские документы.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Мои новые паспортные данные: паспорт 4520 112233, выдан ГУ МВД России по г. Москве 15.10.2026.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документа о перемене фамилии; копия нового паспорта.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Петрова М.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смене фамилии работодателю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