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Нижегородского РОСП г. Нижнего Новгорода ГУФССП России по Нижегородской области</w:t>
        <w:br/>
      </w:r>
      <w:r>
        <w:rPr>
          <w:b w:val="0"/>
          <w:sz w:val="24"/>
        </w:rPr>
        <w:t>603001, г. Нижний Новгород, ул. Рождественская, д. 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Кузнецов Олег Михайлович</w:t>
        <w:br/>
      </w:r>
      <w:r>
        <w:rPr>
          <w:b w:val="0"/>
          <w:sz w:val="24"/>
        </w:rPr>
        <w:t>адрес: 603005, г. Нижний Новгород, ул. Белинского, д. 32, кв. 18</w:t>
        <w:br/>
      </w:r>
      <w:r>
        <w:rPr>
          <w:b w:val="0"/>
          <w:sz w:val="24"/>
        </w:rPr>
        <w:t>+7 920 123-45-67, kuznetsov@example.ru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Лаврентьев Игорь Петрович, 12.08.1985 г. р., 603001, г. Нижний Новгород, ул. Родионова, д. 5, кв. 40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возбуждении исполнительного производства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Направляю для принудительного исполнения исполнительный лист серии ФС № 012345678, выданный Нижегородским районным судом г. Нижнего Новгорода 20.11.2026 по делу № 2-4567/2026 (предмет исполнения: взыскание долга 314 500 руб. и госпошлины 10 363 руб.). Должник: Лаврентьев Игорь Петрович, 12.08.1985 г. р., 603001, г. Нижний Новгород, ул. Родионова, д. 5, кв. 40.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30 Федерального закона «Об исполнительном производстве» прошу возбудить исполнительное производство. Взысканные денежные средства прошу перечислять по реквизитам: получатель: Кузнецов Олег Михайлович; счёт № 40817810000000000001 в ПАО Сбербанк; БИК 042202603; к/с 30101810900000000603.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Одновременно в соответствии со статьями 64, 67 и 80 Закона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направить запросы в банки, налоговый орган, Социальный фонд России, Росреестр, ГИБДД и иные органы для установления доходов, счетов и имущества должника;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наложить арест на денежные средства на счетах и имущество должника в пределах суммы долга;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вынести постановление о временном ограничении на выезд должника из Российской Федерации.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ходе исполнительного производства прошу информировать меня, в том числе через Единый портал государственных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оригинал исполнительного документа; копия паспорта взыскателя; реквизиты банковского счёта.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Кузнецов О.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исполнительного производства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