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ООО «Концертное агентство „Афиша-Тур“»</w:t>
        <w:br/>
      </w:r>
      <w:r>
        <w:rPr>
          <w:b w:val="0"/>
          <w:sz w:val="24"/>
        </w:rPr>
        <w:t>г. Санкт-Петербург, Невский пр-т, д. 30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Григорьев Павел Евгеньевич</w:t>
        <w:br/>
      </w:r>
      <w:r>
        <w:rPr>
          <w:b w:val="0"/>
          <w:sz w:val="24"/>
        </w:rPr>
        <w:t>паспорт 40 12 345678</w:t>
        <w:br/>
      </w:r>
      <w:r>
        <w:rPr>
          <w:b w:val="0"/>
          <w:sz w:val="24"/>
        </w:rPr>
        <w:t>Адрес: г. Санкт-Петербург, ул. Марата, д. 10, кв. 3</w:t>
        <w:br/>
      </w:r>
      <w:r>
        <w:rPr>
          <w:b w:val="0"/>
          <w:sz w:val="24"/>
        </w:rPr>
        <w:t>+7 911 222-33-44, grigoriev@example.ru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возврате стоимости билетов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Мною приобретены билеты на мероприятие: концерт группы «Северный ветер», БКЗ «Октябрьский», 30.11.2026 в 19:00 — 2 электронных билета: партер, ряд 12, места 14 и 15, заказ № 778899. Стоимость билетов — 9 000 (девять тысяч) рублей 00 копеек.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Отказываюсь от посещения мероприятия. Заявление подаётся за 15 (пятнадцать) дней до дня проведения мероприятия. На основании части 11 статьи 52.1 Основ законодательства Российской Федерации о культуре прошу вернуть стоимость билетов в размере 9 000 (девять тысяч) рублей 00 копеек.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Денежные средства прошу перечислить на банковскую карту, с которой производилась оплата.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билеты (электронные билеты), кассовый чек, копия паспорта.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15 ноября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Григорьев П. Е.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возврате билета на концерт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