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об оказании платных образовательных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______________________________ заключён договор об обучении (______________________________) по программе: ______________________________. Стоимость обучения в размере ____________ (____________________________________) рублей оплачена. На дату заявления пройдено: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потребителей», пункта 1 статьи 782 ГК РФ и части 7 статьи 54 Федерального закона «Об образовании в Российской Федерации» отказываюсь от исполнения договора. Договор считается расторгнутым с момента получения Вами настоящего заявления. Прошу прекратить доступ к платным материалам и не производить дальнейших списаний.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Исполнитель вправе удержать лишь стоимость фактически оказанных услуг и подтверждённые расходы. Условия договора о невозврате денег, о штрафах или об удержании «стоимости доступа к платформе» ущемляют права потребителя и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____________ (____________________________________) рублей ____________________________________________________________. Если Вы считаете, что понесли иные расходы, прошу представить их расчёт и подтверждающие документы.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буду вынужден(-а) обратиться в суд с требованием о взыскании уплаченной суммы, процентов по статье 395 ГК РФ, компенсации морального вреда и штрафа 50 % от присуждённой суммы (п. 6 ст. 13 Закона), а также в Роспотребнадзор.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(оферты) и документов об оплате.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денег за обучение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