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ООО «Скилл Онлайн»</w:t>
        <w:br/>
      </w:r>
      <w:r>
        <w:rPr>
          <w:b w:val="0"/>
          <w:sz w:val="24"/>
        </w:rPr>
        <w:t>Адрес: г. Москва, ул. Новый Арбат, д. 15</w:t>
        <w:br/>
      </w:r>
      <w:r>
        <w:rPr>
          <w:b w:val="0"/>
          <w:sz w:val="24"/>
        </w:rPr>
        <w:t>Эл. почта: support@skillonline.example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Громов Даниил Сергеевич</w:t>
        <w:br/>
      </w:r>
      <w:r>
        <w:rPr>
          <w:b w:val="0"/>
          <w:sz w:val="24"/>
        </w:rPr>
        <w:t>Адрес: г. Тверь, ул. Советская, д. 41, кв. 7</w:t>
        <w:br/>
      </w:r>
      <w:r>
        <w:rPr>
          <w:b w:val="0"/>
          <w:sz w:val="24"/>
        </w:rPr>
        <w:t>Тел.: +7 915 444-55-66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расторжении договора об оказании платных образовательных услуг и возврате денежных средств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Между мной и ООО «Скилл Онлайн» заключён договор об обучении (договор-оферта, заказ № 77812 от 10.06.2026) по программе: онлайн-курс «Профессия аналитик данных» (12 месяцев). Стоимость обучения в размере 120 000 (сто двадцать тысяч) рублей 00 копеек оплачена. На дату заявления пройдено: 3 модуля из 12 (доступ с 10.06.2026 по 20.09.2026).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статьи 32 Закона РФ «О защите прав потребителей», пункта 1 статьи 782 ГК РФ и части 7 статьи 54 Федерального закона «Об образовании в Российской Федерации» отказываюсь от исполнения договора. Договор считается расторгнутым с момента получения Вами настоящего заявления. Прошу прекратить доступ к платным материалам и не производить дальнейших списаний.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Исполнитель вправе удержать лишь стоимость фактически оказанных услуг и подтверждённые расходы. Условия договора о невозврате денег, о штрафах или об удержании «стоимости доступа к платформе» ущемляют права потребителя и недействительны (ст. 16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 течение 10 дней со дня получения заявления вернуть мне 90 000 (девяносто тысяч) рублей 00 копеек на банковскую карту, с которой производилась оплата. Если Вы считаете, что понесли иные расходы, прошу представить их расчёт и подтверждающие документы.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отказа я буду вынужден(-а) обратиться в суд с требованием о взыскании уплаченной суммы, процентов по статье 395 ГК РФ, компенсации морального вреда и штрафа 50 % от присуждённой суммы (п. 6 ст. 13 Закона), а также в Роспотребнадзор.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договора (оферты) и документов об оплате.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21 сентября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Громов Д.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денег за обучение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