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отказом от исполнения договора на основании статьи 32 Закона РФ «О защите прав потребителей» и статьи 782 ГК РФ прошу вернуть уплаченные денежные средства за вычетом фактически понесённых и подтверждённых расходов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____________ (____________________________________) рублей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нарушения срока я буду вынужден(-а) обратиться в суд и Роспотребнадзор.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