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«Мебель-Плюс», ИНН 6600000000</w:t>
        <w:br/>
      </w:r>
      <w:r>
        <w:rPr>
          <w:b w:val="0"/>
          <w:sz w:val="24"/>
        </w:rPr>
        <w:t>г. Екатеринбург, ул. Луначарского, д. 50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Пестова Анна Валерьевна</w:t>
        <w:br/>
      </w:r>
      <w:r>
        <w:rPr>
          <w:b w:val="0"/>
          <w:sz w:val="24"/>
        </w:rPr>
        <w:t>г. Екатеринбург, ул. Белинского, д. 30, кв. 4</w:t>
        <w:br/>
      </w:r>
      <w:r>
        <w:rPr>
          <w:b w:val="0"/>
          <w:sz w:val="24"/>
        </w:rPr>
        <w:t>+7 912 100-20-30, pestova@example.ru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договору № 145 от 01.10.2026 я внесла предоплату за изготовление шкафа-купе; 20.10.2026 я письменно отказалась от договора до начала изготовления; фактических расходов исполнитель не понёс.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отказом от исполнения договора на основании статьи 32 Закона РФ «О защите прав потребителей» и статьи 782 ГК РФ прошу вернуть уплаченные денежные средства за вычетом фактически понесённых и подтверждённых расходов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25 000 (двадцать пять тысяч) рублей 00 копеек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нарушения срока я буду вынужден(-а) обратиться в суд и Роспотребнадзор.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Пестова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