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исполнительного листа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находилось гражданское дело № ______________________________, по которому вынесено ______________________________. Я являюсь лицом, участвующим в деле (______________________________).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статьями 35, 214, 428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выдать мне исполнительный лист по делу №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выдать мне лично в канцелярии суда, о готовности сообщить по телефону или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исполнительного листа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