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Нижегородский районный суд г. Нижнего Новгорода</w:t>
        <w:br/>
      </w:r>
      <w:r>
        <w:rPr>
          <w:b w:val="0"/>
          <w:sz w:val="24"/>
        </w:rPr>
        <w:t>603950, г. Нижний Новгород, ул. Большая Покровская, д. 17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(истец): Кузнецов Олег Михайлович</w:t>
        <w:br/>
      </w:r>
      <w:r>
        <w:rPr>
          <w:b w:val="0"/>
          <w:sz w:val="24"/>
        </w:rPr>
        <w:t>адрес: 603005, г. Нижний Новгород, ул. Белинского, д. 32, кв. 18</w:t>
        <w:br/>
      </w:r>
      <w:r>
        <w:rPr>
          <w:b w:val="0"/>
          <w:sz w:val="24"/>
        </w:rPr>
        <w:t>+7 920 123-45-67, kuznetsov@example.ru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2-4567/2026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исполнительного листа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находилось гражданское дело № 2-4567/2026, по которому вынесено решение от 15.10.2026 по иску Кузнецова О. М. к Лаврентьеву И. П. о взыскании долга. Я являюсь лицом, участвующим в деле (истец).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статьями 35, 214, 428 ГПК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выдать мне исполнительный лист по делу № 2-4567/2026;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выдать мне лично в канцелярии суда, о готовности сообщить по телефону или электронной почте.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20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Кузнецов О.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исполнительного листа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