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справки об отсутствии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я полностью погасил(-а) задолженность по кредитному договору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справку о полном исполнении обязательств по указанному договору, отсутствии задолженности (в том числе по процентам, комиссиям и неустойкам) и закрытии кредитного договора, а также закрыть ссудный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передать в бюро кредитных историй сведения о полном погашении кредита. Справку прошу выдать: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об отсутствии задолженности по кредиту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