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______________________________,</w:t>
        <w:br/>
      </w:r>
      <w:r>
        <w:rPr>
          <w:b w:val="0"/>
          <w:sz w:val="24"/>
        </w:rPr>
        <w:t>дата рождения: «___» ____________ 20___ г.,</w:t>
        <w:br/>
      </w:r>
      <w:r>
        <w:rPr>
          <w:b w:val="0"/>
          <w:sz w:val="24"/>
        </w:rPr>
        <w:t>______________________________,</w:t>
        <w:br/>
      </w:r>
      <w:r>
        <w:rPr>
          <w:b w:val="0"/>
          <w:sz w:val="24"/>
        </w:rPr>
        <w:t>адрес регистрации: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вынесении постановления о выплате денежных средств на похороны наследодателя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смерти ______________________________ (дата рождения — «___» ____________ 20___ г.), умершего(-ей) «___» ____________ 20___ г. (свидетельство о смерти: ______________________________; последнее место жительства: ______________________________), открылось наследство. Заявитель — ______________________________; я осуществляю (осуществил(-а)) похороны наследодателя.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3 статьи 1174 ГК РФ прошу вынести постановление о выплате мне на достойные похороны наследодателя денежных средств в сумме ____________ (____________________________________) рублей из денежных средств наследодателя, находящихся во вкладах (на счетах).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денег на похороны со счёта умершего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