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Нотариусу нотариального округа г. Краснодар Ивановой Марии Петровне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Заявитель: Петров Андрей Иванович,</w:t>
        <w:br/>
      </w:r>
      <w:r>
        <w:rPr>
          <w:b w:val="0"/>
          <w:sz w:val="24"/>
        </w:rPr>
        <w:t>дата рождения: 14 марта 1980 г.,</w:t>
        <w:br/>
      </w:r>
      <w:r>
        <w:rPr>
          <w:b w:val="0"/>
          <w:sz w:val="24"/>
        </w:rPr>
        <w:t>паспорт 0315 112233, выдан ГУ МВД России по Краснодарскому краю 05.06.2019,</w:t>
        <w:br/>
      </w:r>
      <w:r>
        <w:rPr>
          <w:b w:val="0"/>
          <w:sz w:val="24"/>
        </w:rPr>
        <w:t>адрес регистрации: 350000, г. Краснодар, ул. Красная, д. 150, кв. 8,</w:t>
        <w:br/>
      </w:r>
      <w:r>
        <w:rPr>
          <w:b w:val="0"/>
          <w:sz w:val="24"/>
        </w:rPr>
        <w:t>телефон: +7 918 123-45-67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вынесении постановления о выплате денежных средств на похороны наследодателя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После смерти Петрова Ивана Сергеевича (дата рождения — 5 февраля 1950 г.), умершего(-ей) 15 июля 2026 г. (свидетельство о смерти: V-АГ № 512345, выдано отделом ЗАГС Западного округа г. Краснодара 16.07.2026; последнее место жительства: г. Краснодар, ул. Северная, д. 324, кв. 12), открылось наследство. Заявитель — наследник по закону первой очереди (сын наследодателя); я осуществляю (осуществил(-а)) похороны наследодателя.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пункта 3 статьи 1174 ГК РФ прошу вынести постановление о выплате мне на достойные похороны наследодателя денежных средств в сумме 100 000 (сто тысяч) рублей 00 копеек из денежных средств наследодателя, находящихся во вкладах (на счетах) в ПАО Сбербанк, Краснодарское отделение № 8619.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Расходы на похороны подтверждаются следующими документами: договор на оказание ритуальных услуг № 15 от 17.07.2026 с ИП Смирновым В. А. на сумму 98 500 руб.; кассовый чек от 17.07.2026.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21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Петров А.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денег на похороны со счёта умершего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