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Мировому судье судебного участка № 12 Центрального округа г. Краснодара</w:t>
        <w:br/>
      </w:r>
      <w:r>
        <w:rPr>
          <w:b w:val="0"/>
          <w:sz w:val="24"/>
        </w:rPr>
        <w:t>350000, г. Краснодар, ул. Тургенева, д. 101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Орлова Марина Викторовна</w:t>
        <w:br/>
      </w:r>
      <w:r>
        <w:rPr>
          <w:b w:val="0"/>
          <w:sz w:val="24"/>
        </w:rPr>
        <w:t>дата и место рождения: 14.06.1991, г. Краснодар</w:t>
        <w:br/>
      </w:r>
      <w:r>
        <w:rPr>
          <w:b w:val="0"/>
          <w:sz w:val="24"/>
        </w:rPr>
        <w:t>место жительства: 350020, г. Краснодар, ул. Красная, д. 10, кв. 3</w:t>
        <w:br/>
      </w:r>
      <w:r>
        <w:rPr>
          <w:b w:val="0"/>
          <w:sz w:val="24"/>
        </w:rPr>
        <w:t>паспорт 0315 556677; СНИЛС 123-456-789 01</w:t>
        <w:br/>
      </w:r>
      <w:r>
        <w:rPr>
          <w:b w:val="0"/>
          <w:sz w:val="24"/>
        </w:rPr>
        <w:t>+7 918 555-66-77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Орлов Денис Сергеевич</w:t>
        <w:br/>
      </w:r>
      <w:r>
        <w:rPr>
          <w:b w:val="0"/>
          <w:sz w:val="24"/>
        </w:rPr>
        <w:t>дата и место рождения: 02.11.1990, г. Ейск</w:t>
        <w:br/>
      </w:r>
      <w:r>
        <w:rPr>
          <w:b w:val="0"/>
          <w:sz w:val="24"/>
        </w:rPr>
        <w:t>место жительства: 350063, г. Краснодар, ул. Мира, д. 15, кв. 21</w:t>
        <w:br/>
      </w:r>
      <w:r>
        <w:rPr>
          <w:b w:val="0"/>
          <w:sz w:val="24"/>
        </w:rPr>
        <w:t>паспорт 0319 778899место работы: ООО «Кубань-Логистик», г. Краснодар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судебного приказа о взыскании алиментов на несовершеннолетних детей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Должник является родителем несовершеннолетних детей: Орлов Кирилл Денисович, 05.04.2018 г. р.; должник записан отцом в свидетельстве о рождении II-АГ № 123456 на основании записи о браке. Дети проживают со мной и находятся на моём содержании. Должник средств на содержание детей не предоставляет, соглашение об уплате алиментов не заключено. Требование не связано с установлением отцовства, оспариванием отцовства (материнства) или необходимостью привлечения других заинтересованных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80, 81 СК РФ, статей 122–124 ГПК РФ прошу выдать судебный приказ о взыскании с должника (Орлов Денис Сергеевич) в мою пользу алиментов на содержание несовершеннолетних детей: Орлов Кирилл Денисович, 05.04.2018 г. р. — в размере 1/4 части всех видов заработка и (или) иного дохода ежемесячно, начиная с даты подачи заявления и до совершеннолетия детей.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копии свидетельств о рождении детей;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справка о регистрации детей по месту жительства взыскателя (о составе семьи);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браке или о его расторжении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копия паспорта взыскателя.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Орлова М.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 о взыскании алиментов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