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свидетельства о праве собственности на долю в общем имуществе супругов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являюсь пережившим супругом (пережившей супругой) ______________________________ (дата рождения — «___» ____________ 20___ г.), умершего(-ей) «___» ____________ 20___ г. (свидетельство о смерти: ______________________________), последнее место жительства: ______________________________. Брак зарегистрирован «___» ____________ 20___ г. (свидетельство о заключении брака: ______________________________), на день смерти не был расторгнут или признан недействительным.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Брачный договор между нами не заключался; на имущество, нажитое во время брака, распространялся законный режим имущества супругов (статьи 33, 34 СК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Во время брака на общие средства супругов было приобретено следующее имущество: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1150 ГК РФ, статьями 34, 39 СК РФ и статьёй 75 Основ законодательства Российской Федерации о нотариате прошу выдать мне свидетельство о праве собственности на 1/2 (одну вторую) долю в указанном общем имуществе супругов. Сообщаю, что указанное имущество не является личным имуществом кого-либо из супругов (статья 36 СК РФ).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на супружескую долю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