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Нотариусу нотариального округа г. Краснодар Ивановой Марии Петровне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Заявитель: Петрова Галина Николаевна,</w:t>
        <w:br/>
      </w:r>
      <w:r>
        <w:rPr>
          <w:b w:val="0"/>
          <w:sz w:val="24"/>
        </w:rPr>
        <w:t>дата рождения: 11 июня 1953 г.,</w:t>
        <w:br/>
      </w:r>
      <w:r>
        <w:rPr>
          <w:b w:val="0"/>
          <w:sz w:val="24"/>
        </w:rPr>
        <w:t>паспорт 0305 778899, выдан ОВД Западного округа г. Краснодара 01.07.2005,</w:t>
        <w:br/>
      </w:r>
      <w:r>
        <w:rPr>
          <w:b w:val="0"/>
          <w:sz w:val="24"/>
        </w:rPr>
        <w:t>адрес регистрации: 350000, г. Краснодар, ул. Северная, д. 324, кв. 12,</w:t>
        <w:br/>
      </w:r>
      <w:r>
        <w:rPr>
          <w:b w:val="0"/>
          <w:sz w:val="24"/>
        </w:rPr>
        <w:t>телефон: +7 918 222-33-44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выдаче свидетельства о праве собственности на долю в общем имуществе супругов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Я, Петрова Галина Николаевна, являюсь пережившим супругом (пережившей супругой) Петрова Ивана Сергеевича (дата рождения — 5 февраля 1950 г.), умершего(-ей) 15 июля 2026 г. (свидетельство о смерти: V-АГ № 512345, выдано отделом ЗАГС Западного округа г. Краснодара 16.07.2026), последнее место жительства: г. Краснодар, ул. Северная, д. 324, кв. 12. Брак зарегистрирован 23 августа 1975 г. (свидетельство о заключении брака: I-АГ № 345678, выдано Дворцом бракосочетания г. Краснодара 23.08.1975), на день смерти не был расторгнут или признан недействительным.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Брачный договор между нами не заключался; на имущество, нажитое во время брака, распространялся законный режим имущества супругов (статьи 33, 34 СК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Во время брака на общие средства супругов было приобретено следующее имущество: квартира по адресу: г. Краснодар, ул. Северная, д. 324, кв. 12, кадастровый номер 23:43:0000000:1234, зарегистрированная на имя Петрова И. С.; автомобиль Lada Vesta, VIN XTAGFL330MY000001.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со статьёй 1150 ГК РФ, статьями 34, 39 СК РФ и статьёй 75 Основ законодательства Российской Федерации о нотариате прошу выдать мне свидетельство о праве собственности на 1/2 (одну вторую) долю в указанном общем имуществе супругов. Сообщаю, что указанное имущество не является личным имуществом кого-либо из супругов (статья 36 СК РФ).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21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Петрова Г. Н.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свидетельства на супружескую долю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