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Свердловский районный суд г. Перми</w:t>
        <w:br/>
      </w:r>
      <w:r>
        <w:rPr>
          <w:b w:val="0"/>
          <w:sz w:val="24"/>
        </w:rPr>
        <w:t>614990, г. Пермь, ул. Окулова, д. 41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(истец): Тихонова Елена Михайловна</w:t>
        <w:br/>
      </w:r>
      <w:r>
        <w:rPr>
          <w:b w:val="0"/>
          <w:sz w:val="24"/>
        </w:rPr>
        <w:t>адрес: 614000, г. Пермь, ул. Пушкина, д. 18, кв. 52</w:t>
        <w:br/>
      </w:r>
      <w:r>
        <w:rPr>
          <w:b w:val="0"/>
          <w:sz w:val="24"/>
        </w:rPr>
        <w:t>+7 912 345-67-89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Заинтересованное лицо: Зайцев Роман Олегович, 614000, г. Пермь, ул. Пушкина, д. 18, кв. 56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2-6789/2026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взыскании судебных расходов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гражданскому делу № 2-6789/2026 решением суда от 20.09.2026, вступившим в законную силу 28.10.2026, мои исковые требования к Зайцеву Р. О. о возмещении ущерба от залива удовлетворены полностью. Вопрос о распределении судебных расходов, перечисленных ниже, судом не разрешался.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рассмотрением дела я понёс(-ла) следующие расходы: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услуги представителя (консультация, составление иска, участие в трёх заседаниях) — 35 000 руб., договор от 01.11.2025, акт и чеки;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почтовые расходы — 860 руб., кассовые чеки;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нотариальная доверенность на ведение этого дела — 2 200 руб.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Всего — 38 060 (тридцать восемь тысяч шестьдесят)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статье 98 ГПК РФ стороне, в пользу которой состоялось решение суда, суд присуждает возместить с другой стороны все понесённые по делу судебные расходы. Расходы на оплату услуг представителя присуждаются в разумных пределах (ст. 100 ГПК РФ). Заявление подаётся в течение трёх месяцев со дня вступления в законную силу последнего судебного акта, которым закончилось рассмотрение дела (ст. 103.1 ГПК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Заявленная сумма расходов на представителя соответствует объёму оказанных услуг, сложности дела и ценам на аналогичные услуги в регионе.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88, 94, 98, 100, 103.1 ГПК РФ, прошу взыскать с Зайцев Роман Олегович, 614000, г. Пермь, ул. Пушкина, д. 18, кв. 56 в мою пользу судебные расходы в сумме 38 060 (тридцать восемь тысяч шестьдесят)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договор на оказание юридических услуг, акт и документы об оплате; документы о прочих расходах; копия доверенности; документ о направлении копии заявления заинтересованному лицу.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20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Тихонова Е. М.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взыскании судебных расходов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