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«СтройМаркет» (ИНН 7700000000)</w:t>
        <w:br/>
      </w:r>
      <w:r>
        <w:rPr>
          <w:b w:val="0"/>
          <w:sz w:val="24"/>
        </w:rPr>
        <w:t>125009, г. Москва, ул. Тверская, д. 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ООО «ТехноСервис» (ИНН 7701000000)</w:t>
        <w:br/>
      </w:r>
      <w:r>
        <w:rPr>
          <w:b w:val="0"/>
          <w:sz w:val="24"/>
        </w:rPr>
        <w:t>115054, г. Москва, ул. Дубининская, д. 57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зачёте встречных однородных требований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«ТехноСервис» (ИНН 7701000000) имеет к ООО «СтройМаркет» (ИНН 7700000000) денежное требование: оплата услуг по договору № 12-У от 01.03.2026, акт № 58 от 30.09.2026, срок оплаты — 10.10.2026, в сумме 180 000 (сто восемьдесят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«СтройМаркет» (ИНН 7700000000) имеет к ООО «ТехноСервис» (ИНН 7701000000) денежное требование: оплата товара по договору поставки № 44 от 15.02.2026, УПД № 777 от 25.09.2026, срок оплаты — 05.10.2026, в сумме 120 000 (сто двадцать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Требования являются встречными и однородными, срок их исполнения наступил. На основании статьи 410 ГК РФ ООО «ТехноСервис» (ИНН 7701000000) заявляет о зачёте указанных требований на сумму 120 000 (сто двадцать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Обязательства сторон в указанной сумме прекращаются зачётом.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После зачёта задолженность ООО «СтройМаркет» (ИНН 7700000000) перед ООО «ТехноСервис» (ИНН 7701000000) составляет 60 000 (шестьдесят тысяч) рублей 00 копеек. Просим погасить её в установленный договором срок.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23 октября 2026 г.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Генеральный директор Миронов А.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зачёте встречных требований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