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126 Трудового кодекса Российской Федерации прошу заменить денежной компенсацией ____ (______________) календарных дней ______________________________ за период работы ______________________________, составляющие часть ежегодного оплачиваемого отпуска, превышающую 28 календарных дней.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отпуска денежной компенсацией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