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отказе от исполнения договора оказания услуг и возврате денежных средств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______________________________ заключён договор на оказание услуг (______________________________): ______________________________. Мною уплачено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Руководствуясь своим правом, на основании статьи 32 Закона РФ «О защите прав потребителей» и пункта 1 статьи 782 ГК РФ отказываюсь от исполнения указанного договора. Договор считается расторгнутым с момента получения Вами настоящего заявления.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указанным нормам потребитель вправе отказаться от исполнения договора об оказании услуг в любое время при условии оплаты исполнителю фактически понесённых им расходов, связанных с исполнением обязательств по данному договору. Условия договора, ограничивающие это право или устанавливающие штрафы за отказ, недействительны (ст. 16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в течение 10 дней со дня получения заявления вернуть мне денежные средства в размере ____________ (____________________________________) рублей на банковскую карту, с которой производилась оплата. Если Вы считаете, что понесли расходы, связанные с исполнением договора, прошу представить их расчёт с подтверждающими документами.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просрочки возврата я обращусь в суд с требованием о взыскании уплаченной суммы, процентов по статье 395 ГК РФ, компенсации морального вреда (ст. 15 Закона) и штрафа в размере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договора (чека) —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отказе от договора услуг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