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настоящим заявлением отказываюсь от причитающейся мне доли в наследстве, оставшемся после смерти ______________________________ (дата рождения — «___» ____________ 20___ г.), умершего(-ей) «___» ____________ 20___ г. (свидетельство о смерти: ______________________________), последнее место жительства наследодателя: ______________________________, по всем основаниям наследования без указания лиц, в пользу которых я отказываюсь от наследственного имущества.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разъяснено, что отказ от наследства не может быть впоследствии изменён или взят обратно (пункт 3 статьи 1157 ГК РФ) и что не допускается отказ от части причитающегося наследства, а также отказ с оговорками или под условием (пункт 3 статьи 1158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