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аккаунт: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услуги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моей банковской карты ______________________________ в оплату услуги (______________________________) списаны денежные средства: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Обстоятельства: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 и статьи 782 ГК РФ отказываюсь от исполнения договора, прошу отключить подписку и все платные услуги, удалить привязку моей карты и прекратить списания.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Поскольку услуги за указанные периоды фактически не оказывались (не использовались), прошу в течение 10 дней вернуть мне ____________ (____________________________________) рублей на карту, с которой они были списаны.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Роспотребнадзор, в банк с заявлением об оспаривании операций и в суд.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платной подписки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