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«Медиа Онлайн» (онлайн-кинотеатр «Пример»), ИНН 7700000001, support@example.ru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Кузьмин Даниил Андреевич</w:t>
        <w:br/>
      </w:r>
      <w:r>
        <w:rPr>
          <w:b w:val="0"/>
          <w:sz w:val="24"/>
        </w:rPr>
        <w:t>аккаунт: +7 915 000-11-22, kuzmin@example.ru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услуги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моей банковской карты **** 4321 в оплату услуги (подписка «Премиум» стоимостью 599 руб. в месяц) списаны денежные средства: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05.09.2026 — 599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05.10.2026 — 599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Обстоятельства: подписка была подключена автоматически после окончания пробного периода, о чём я не был ясно предупреждён; сервисом после 01.09.2026 я не пользовался, что видно по истории просмотров.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32 Закона РФ «О защите прав потребителей» и статьи 782 ГК РФ отказываюсь от исполнения договора, прошу отключить подписку и все платные услуги, удалить привязку моей карты и прекратить списания.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Поскольку услуги за указанные периоды фактически не оказывались (не использовались), прошу в течение 10 дней вернуть мне 1 198 (одна тысяча сто девяносто восемь) рублей 00 копеек на карту, с которой они были списаны.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Роспотребнадзор, в банк с заявлением об оспаривании операций и в суд.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Кузьмин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платной подписки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