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паспорт 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договора добровольного страхования и возврате страховой премии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заключён договор страхования: ______________________________ — в связи с заключением договора потребительского кредита (______________________________). Уплачено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части 2.5 статьи 7 Федерального закона от 21.12.2013 № 353-ФЗ «О потребительском кредите (займе)» в течение тридцати календарных дней со дня заключения договора отказываюсь от договора страхования. События с признаками страхового случая не наступали. Прошу вернуть уплаченные денежные средства в полном объёме в срок, не превышающий семи рабочих дней со дня получения настоящего заявления.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прошу перечислить: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паспорта, копия полиса, документ об оплате.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страховки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